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A4540" w14:textId="77777777" w:rsidR="007E366B" w:rsidRPr="00122980" w:rsidRDefault="009E2D2E">
      <w:pPr>
        <w:jc w:val="center"/>
        <w:rPr>
          <w:rFonts w:ascii="Calibri" w:hAnsi="Calibri" w:cs="Calibri"/>
          <w:sz w:val="24"/>
          <w:szCs w:val="24"/>
        </w:rPr>
      </w:pPr>
      <w:r w:rsidRPr="00122980">
        <w:rPr>
          <w:rFonts w:ascii="Calibri" w:hAnsi="Calibri" w:cs="Calibri"/>
          <w:b/>
          <w:sz w:val="24"/>
          <w:szCs w:val="24"/>
        </w:rPr>
        <w:t>REPETITIVE MOTION INJURY (RMI) PREVENTION PROGRAM</w:t>
      </w:r>
      <w:r w:rsidRPr="00122980">
        <w:rPr>
          <w:rFonts w:ascii="Calibri" w:hAnsi="Calibri" w:cs="Calibri"/>
          <w:b/>
          <w:sz w:val="24"/>
          <w:szCs w:val="24"/>
        </w:rPr>
        <w:br/>
      </w:r>
      <w:r w:rsidRPr="00122980">
        <w:rPr>
          <w:rFonts w:ascii="Calibri" w:hAnsi="Calibri" w:cs="Calibri"/>
          <w:sz w:val="24"/>
          <w:szCs w:val="24"/>
        </w:rPr>
        <w:t>Cal/OSHA Title 8, Section 5110</w:t>
      </w:r>
    </w:p>
    <w:p w14:paraId="346F5343" w14:textId="5AE88139" w:rsidR="007E366B" w:rsidRPr="00122980" w:rsidRDefault="009E2D2E" w:rsidP="00424019">
      <w:pPr>
        <w:jc w:val="center"/>
        <w:rPr>
          <w:rFonts w:ascii="Calibri" w:hAnsi="Calibri" w:cs="Calibri"/>
          <w:sz w:val="24"/>
          <w:szCs w:val="24"/>
        </w:rPr>
      </w:pPr>
      <w:r w:rsidRPr="00122980">
        <w:rPr>
          <w:rFonts w:ascii="Calibri" w:hAnsi="Calibri" w:cs="Calibri"/>
          <w:sz w:val="24"/>
          <w:szCs w:val="24"/>
        </w:rPr>
        <w:br/>
      </w:r>
      <w:r w:rsidR="00364260" w:rsidRPr="00122980">
        <w:rPr>
          <w:rFonts w:ascii="Calibri" w:hAnsi="Calibri" w:cs="Calibri"/>
          <w:sz w:val="24"/>
          <w:szCs w:val="24"/>
          <w:highlight w:val="yellow"/>
        </w:rPr>
        <w:t xml:space="preserve">SCHOOL </w:t>
      </w:r>
      <w:proofErr w:type="gramStart"/>
      <w:r w:rsidR="00364260" w:rsidRPr="00122980">
        <w:rPr>
          <w:rFonts w:ascii="Calibri" w:hAnsi="Calibri" w:cs="Calibri"/>
          <w:sz w:val="24"/>
          <w:szCs w:val="24"/>
          <w:highlight w:val="yellow"/>
        </w:rPr>
        <w:t xml:space="preserve">DISTRICT </w:t>
      </w:r>
      <w:r w:rsidRPr="00122980">
        <w:rPr>
          <w:rFonts w:ascii="Calibri" w:hAnsi="Calibri" w:cs="Calibri"/>
          <w:sz w:val="24"/>
          <w:szCs w:val="24"/>
          <w:highlight w:val="yellow"/>
        </w:rPr>
        <w:t xml:space="preserve"> LOGO</w:t>
      </w:r>
      <w:proofErr w:type="gramEnd"/>
      <w:r w:rsidRPr="00122980">
        <w:rPr>
          <w:rFonts w:ascii="Calibri" w:hAnsi="Calibri" w:cs="Calibri"/>
          <w:sz w:val="24"/>
          <w:szCs w:val="24"/>
          <w:highlight w:val="yellow"/>
        </w:rPr>
        <w:t xml:space="preserve"> / BRANDING PLACEHOLDER: __________________________________________</w:t>
      </w:r>
    </w:p>
    <w:p w14:paraId="3D57D68F" w14:textId="05984068" w:rsidR="00364260" w:rsidRPr="00122980" w:rsidRDefault="00424019">
      <w:pPr>
        <w:pStyle w:val="Heading1"/>
        <w:rPr>
          <w:rFonts w:ascii="Calibri" w:hAnsi="Calibri" w:cs="Calibri"/>
          <w:sz w:val="24"/>
          <w:szCs w:val="24"/>
        </w:rPr>
      </w:pPr>
      <w:r w:rsidRPr="00122980">
        <w:rPr>
          <w:rFonts w:ascii="Calibri" w:hAnsi="Calibri" w:cs="Calibri"/>
          <w:sz w:val="24"/>
          <w:szCs w:val="24"/>
          <w:highlight w:val="yellow"/>
        </w:rPr>
        <w:t>[</w:t>
      </w:r>
      <w:r w:rsidR="00364260" w:rsidRPr="00122980">
        <w:rPr>
          <w:rFonts w:ascii="Calibri" w:hAnsi="Calibri" w:cs="Calibri"/>
          <w:sz w:val="24"/>
          <w:szCs w:val="24"/>
          <w:highlight w:val="yellow"/>
        </w:rPr>
        <w:t xml:space="preserve">Below is a fillable template based on </w:t>
      </w:r>
      <w:r w:rsidR="00364260" w:rsidRPr="00122980">
        <w:rPr>
          <w:rStyle w:val="Strong"/>
          <w:rFonts w:ascii="Calibri" w:hAnsi="Calibri" w:cs="Calibri"/>
          <w:sz w:val="24"/>
          <w:szCs w:val="24"/>
          <w:highlight w:val="yellow"/>
        </w:rPr>
        <w:t>California Code of Regulations, Title 8, Section 5110 – Repetitive Motion Injuries (RMI)</w:t>
      </w:r>
      <w:r w:rsidR="00364260" w:rsidRPr="00122980">
        <w:rPr>
          <w:rFonts w:ascii="Calibri" w:hAnsi="Calibri" w:cs="Calibri"/>
          <w:sz w:val="24"/>
          <w:szCs w:val="24"/>
          <w:highlight w:val="yellow"/>
        </w:rPr>
        <w:t>. Remove this section when completed</w:t>
      </w:r>
      <w:r w:rsidRPr="00122980">
        <w:rPr>
          <w:rFonts w:ascii="Calibri" w:hAnsi="Calibri" w:cs="Calibri"/>
          <w:sz w:val="24"/>
          <w:szCs w:val="24"/>
          <w:highlight w:val="yellow"/>
        </w:rPr>
        <w:t>]</w:t>
      </w:r>
    </w:p>
    <w:p w14:paraId="26400272" w14:textId="77777777" w:rsidR="00122980" w:rsidRPr="00122980" w:rsidRDefault="00424019">
      <w:pPr>
        <w:pStyle w:val="Heading1"/>
        <w:rPr>
          <w:rFonts w:ascii="Calibri" w:hAnsi="Calibri" w:cs="Calibri"/>
          <w:sz w:val="24"/>
          <w:szCs w:val="24"/>
        </w:rPr>
      </w:pPr>
      <w:r w:rsidRPr="00122980">
        <w:rPr>
          <w:rFonts w:ascii="Calibri" w:hAnsi="Calibri" w:cs="Calibri"/>
          <w:sz w:val="24"/>
          <w:szCs w:val="24"/>
        </w:rPr>
        <w:t>Scope and application</w:t>
      </w:r>
    </w:p>
    <w:p w14:paraId="63193C0E" w14:textId="5FE2FA4E" w:rsidR="00364260" w:rsidRPr="00122980" w:rsidRDefault="00364260">
      <w:pPr>
        <w:pStyle w:val="Heading1"/>
        <w:rPr>
          <w:rFonts w:ascii="Calibri" w:hAnsi="Calibri" w:cs="Calibri"/>
          <w:sz w:val="24"/>
          <w:szCs w:val="24"/>
        </w:rPr>
      </w:pPr>
      <w:r w:rsidRPr="00122980">
        <w:rPr>
          <w:rFonts w:ascii="Calibri" w:hAnsi="Calibri" w:cs="Calibri"/>
          <w:sz w:val="24"/>
          <w:szCs w:val="24"/>
        </w:rPr>
        <w:t>California Code of Regulations, Title 8, Section 5110</w:t>
      </w:r>
      <w:r w:rsidR="00424019" w:rsidRPr="00122980">
        <w:rPr>
          <w:rFonts w:ascii="Calibri" w:hAnsi="Calibri" w:cs="Calibri"/>
          <w:sz w:val="24"/>
          <w:szCs w:val="24"/>
        </w:rPr>
        <w:t>. This section shall apply to a job, process, operation where a repetitive motion injury (RMI) has occurred to more than one employee under the following conditions:</w:t>
      </w:r>
      <w:r w:rsidRPr="00122980">
        <w:rPr>
          <w:rFonts w:ascii="Calibri" w:hAnsi="Calibri" w:cs="Calibri"/>
          <w:sz w:val="24"/>
          <w:szCs w:val="24"/>
        </w:rPr>
        <w:t xml:space="preserve"> </w:t>
      </w:r>
    </w:p>
    <w:p w14:paraId="481B14A6" w14:textId="100C90A6" w:rsidR="00122980" w:rsidRPr="00122980" w:rsidRDefault="00122980" w:rsidP="00122980">
      <w:pPr>
        <w:numPr>
          <w:ilvl w:val="0"/>
          <w:numId w:val="10"/>
        </w:numPr>
        <w:shd w:val="clear" w:color="auto" w:fill="FFFFFF"/>
        <w:spacing w:before="100" w:beforeAutospacing="1" w:after="100" w:afterAutospacing="1" w:line="240" w:lineRule="auto"/>
        <w:rPr>
          <w:rFonts w:ascii="Calibri" w:eastAsia="Times New Roman" w:hAnsi="Calibri" w:cs="Calibri"/>
          <w:color w:val="1F497D" w:themeColor="text2"/>
          <w:sz w:val="24"/>
          <w:szCs w:val="24"/>
        </w:rPr>
      </w:pPr>
      <w:r w:rsidRPr="00122980">
        <w:rPr>
          <w:rFonts w:ascii="Calibri" w:eastAsia="Times New Roman" w:hAnsi="Calibri" w:cs="Calibri"/>
          <w:color w:val="1F497D" w:themeColor="text2"/>
          <w:sz w:val="24"/>
          <w:szCs w:val="24"/>
        </w:rPr>
        <w:t>Work related causation. The repetitive motion injuries (RMIs) were predominantly caused (</w:t>
      </w:r>
      <w:r w:rsidR="000A7F43" w:rsidRPr="00122980">
        <w:rPr>
          <w:rFonts w:ascii="Calibri" w:eastAsia="Times New Roman" w:hAnsi="Calibri" w:cs="Calibri"/>
          <w:color w:val="1F497D" w:themeColor="text2"/>
          <w:sz w:val="24"/>
          <w:szCs w:val="24"/>
        </w:rPr>
        <w:t>i.e.,</w:t>
      </w:r>
      <w:r w:rsidRPr="00122980">
        <w:rPr>
          <w:rFonts w:ascii="Calibri" w:eastAsia="Times New Roman" w:hAnsi="Calibri" w:cs="Calibri"/>
          <w:color w:val="1F497D" w:themeColor="text2"/>
          <w:sz w:val="24"/>
          <w:szCs w:val="24"/>
        </w:rPr>
        <w:t xml:space="preserve"> 50% or more) by a repetitive job, process, or operation;</w:t>
      </w:r>
    </w:p>
    <w:p w14:paraId="51F40CD4" w14:textId="77777777" w:rsidR="00122980" w:rsidRPr="00122980" w:rsidRDefault="00122980" w:rsidP="00122980">
      <w:pPr>
        <w:numPr>
          <w:ilvl w:val="0"/>
          <w:numId w:val="10"/>
        </w:numPr>
        <w:shd w:val="clear" w:color="auto" w:fill="FFFFFF"/>
        <w:spacing w:before="100" w:beforeAutospacing="1" w:after="100" w:afterAutospacing="1" w:line="240" w:lineRule="auto"/>
        <w:rPr>
          <w:rFonts w:ascii="Calibri" w:eastAsia="Times New Roman" w:hAnsi="Calibri" w:cs="Calibri"/>
          <w:color w:val="1F497D" w:themeColor="text2"/>
          <w:sz w:val="24"/>
          <w:szCs w:val="24"/>
        </w:rPr>
      </w:pPr>
      <w:r w:rsidRPr="00122980">
        <w:rPr>
          <w:rFonts w:ascii="Calibri" w:eastAsia="Times New Roman" w:hAnsi="Calibri" w:cs="Calibri"/>
          <w:color w:val="1F497D" w:themeColor="text2"/>
          <w:sz w:val="24"/>
          <w:szCs w:val="24"/>
        </w:rPr>
        <w:t>Relationship between RMIs at the workplace. The employees incurring the RMIs were performing a job process, or operation of identical work activity. Identical work activity means that the employees were performing the same repetitive motion task, such as but not limited to word processing, assembly or, loading;</w:t>
      </w:r>
    </w:p>
    <w:p w14:paraId="1A9D09C5" w14:textId="77777777" w:rsidR="00122980" w:rsidRPr="00122980" w:rsidRDefault="00122980" w:rsidP="00122980">
      <w:pPr>
        <w:numPr>
          <w:ilvl w:val="0"/>
          <w:numId w:val="10"/>
        </w:numPr>
        <w:shd w:val="clear" w:color="auto" w:fill="FFFFFF"/>
        <w:spacing w:before="100" w:beforeAutospacing="1" w:after="100" w:afterAutospacing="1" w:line="240" w:lineRule="auto"/>
        <w:rPr>
          <w:rFonts w:ascii="Calibri" w:eastAsia="Times New Roman" w:hAnsi="Calibri" w:cs="Calibri"/>
          <w:color w:val="1F497D" w:themeColor="text2"/>
          <w:sz w:val="24"/>
          <w:szCs w:val="24"/>
        </w:rPr>
      </w:pPr>
      <w:r w:rsidRPr="00122980">
        <w:rPr>
          <w:rFonts w:ascii="Calibri" w:eastAsia="Times New Roman" w:hAnsi="Calibri" w:cs="Calibri"/>
          <w:color w:val="1F497D" w:themeColor="text2"/>
          <w:sz w:val="24"/>
          <w:szCs w:val="24"/>
        </w:rPr>
        <w:t>Medical requirements. The RMIs were musculoskeletal injuries that a licensed physician objectively identified and diagnosed; and</w:t>
      </w:r>
    </w:p>
    <w:p w14:paraId="158C7B7F" w14:textId="77777777" w:rsidR="00122980" w:rsidRPr="00122980" w:rsidRDefault="00122980" w:rsidP="00122980">
      <w:pPr>
        <w:numPr>
          <w:ilvl w:val="0"/>
          <w:numId w:val="10"/>
        </w:numPr>
        <w:shd w:val="clear" w:color="auto" w:fill="FFFFFF"/>
        <w:spacing w:before="100" w:beforeAutospacing="1" w:after="100" w:afterAutospacing="1" w:line="240" w:lineRule="auto"/>
        <w:rPr>
          <w:rFonts w:ascii="Calibri" w:eastAsia="Times New Roman" w:hAnsi="Calibri" w:cs="Calibri"/>
          <w:color w:val="1F497D" w:themeColor="text2"/>
          <w:sz w:val="24"/>
          <w:szCs w:val="24"/>
        </w:rPr>
      </w:pPr>
      <w:r w:rsidRPr="00122980">
        <w:rPr>
          <w:rFonts w:ascii="Calibri" w:eastAsia="Times New Roman" w:hAnsi="Calibri" w:cs="Calibri"/>
          <w:color w:val="1F497D" w:themeColor="text2"/>
          <w:sz w:val="24"/>
          <w:szCs w:val="24"/>
        </w:rPr>
        <w:t>Time requirements. The RMIs were reported by the employees to the employer in the last 12 months, but not before July 3, 1997.</w:t>
      </w:r>
    </w:p>
    <w:p w14:paraId="21A967CB" w14:textId="2902F31F" w:rsidR="00122980" w:rsidRPr="00122980" w:rsidRDefault="00122980" w:rsidP="00122980">
      <w:pPr>
        <w:rPr>
          <w:rFonts w:ascii="Calibri" w:hAnsi="Calibri" w:cs="Calibri"/>
        </w:rPr>
      </w:pPr>
    </w:p>
    <w:p w14:paraId="2DD9EEDB" w14:textId="539DD81A" w:rsidR="007E366B" w:rsidRPr="00122980" w:rsidRDefault="009E2D2E">
      <w:pPr>
        <w:pStyle w:val="Heading1"/>
        <w:rPr>
          <w:rFonts w:ascii="Calibri" w:hAnsi="Calibri" w:cs="Calibri"/>
          <w:sz w:val="24"/>
          <w:szCs w:val="24"/>
        </w:rPr>
      </w:pPr>
      <w:r w:rsidRPr="00122980">
        <w:rPr>
          <w:rFonts w:ascii="Calibri" w:hAnsi="Calibri" w:cs="Calibri"/>
          <w:sz w:val="24"/>
          <w:szCs w:val="24"/>
        </w:rPr>
        <w:t xml:space="preserve">1. </w:t>
      </w:r>
      <w:r w:rsidR="00364260" w:rsidRPr="00122980">
        <w:rPr>
          <w:rFonts w:ascii="Calibri" w:hAnsi="Calibri" w:cs="Calibri"/>
          <w:sz w:val="24"/>
          <w:szCs w:val="24"/>
        </w:rPr>
        <w:t>School District</w:t>
      </w:r>
      <w:r w:rsidRPr="00122980">
        <w:rPr>
          <w:rFonts w:ascii="Calibri" w:hAnsi="Calibri" w:cs="Calibri"/>
          <w:sz w:val="24"/>
          <w:szCs w:val="24"/>
        </w:rPr>
        <w:t xml:space="preserve"> Information</w:t>
      </w:r>
    </w:p>
    <w:p w14:paraId="1CAD2645" w14:textId="10385A8B" w:rsidR="007E366B" w:rsidRPr="00122980" w:rsidRDefault="00364260">
      <w:pPr>
        <w:rPr>
          <w:rFonts w:ascii="Calibri" w:hAnsi="Calibri" w:cs="Calibri"/>
          <w:sz w:val="24"/>
          <w:szCs w:val="24"/>
        </w:rPr>
      </w:pPr>
      <w:r w:rsidRPr="00122980">
        <w:rPr>
          <w:rFonts w:ascii="Calibri" w:hAnsi="Calibri" w:cs="Calibri"/>
          <w:sz w:val="24"/>
          <w:szCs w:val="24"/>
        </w:rPr>
        <w:t>School District</w:t>
      </w:r>
      <w:r w:rsidR="009E2D2E" w:rsidRPr="00122980">
        <w:rPr>
          <w:rFonts w:ascii="Calibri" w:hAnsi="Calibri" w:cs="Calibri"/>
          <w:sz w:val="24"/>
          <w:szCs w:val="24"/>
        </w:rPr>
        <w:t>: ________________________________</w:t>
      </w:r>
    </w:p>
    <w:p w14:paraId="1466F6DB" w14:textId="25EA064A" w:rsidR="007E366B" w:rsidRPr="00122980" w:rsidRDefault="00364260">
      <w:pPr>
        <w:rPr>
          <w:rFonts w:ascii="Calibri" w:hAnsi="Calibri" w:cs="Calibri"/>
          <w:sz w:val="24"/>
          <w:szCs w:val="24"/>
        </w:rPr>
      </w:pPr>
      <w:r w:rsidRPr="00122980">
        <w:rPr>
          <w:rFonts w:ascii="Calibri" w:hAnsi="Calibri" w:cs="Calibri"/>
          <w:sz w:val="24"/>
          <w:szCs w:val="24"/>
        </w:rPr>
        <w:t>Name of Responsible Person</w:t>
      </w:r>
      <w:r w:rsidR="009E2D2E" w:rsidRPr="00122980">
        <w:rPr>
          <w:rFonts w:ascii="Calibri" w:hAnsi="Calibri" w:cs="Calibri"/>
          <w:sz w:val="24"/>
          <w:szCs w:val="24"/>
        </w:rPr>
        <w:t>: ________________________</w:t>
      </w:r>
    </w:p>
    <w:p w14:paraId="4D18EFC6" w14:textId="77777777" w:rsidR="007E366B" w:rsidRPr="00122980" w:rsidRDefault="009E2D2E">
      <w:pPr>
        <w:rPr>
          <w:rFonts w:ascii="Calibri" w:hAnsi="Calibri" w:cs="Calibri"/>
          <w:sz w:val="24"/>
          <w:szCs w:val="24"/>
        </w:rPr>
      </w:pPr>
      <w:r w:rsidRPr="00122980">
        <w:rPr>
          <w:rFonts w:ascii="Calibri" w:hAnsi="Calibri" w:cs="Calibri"/>
          <w:sz w:val="24"/>
          <w:szCs w:val="24"/>
        </w:rPr>
        <w:t>Title: ________________________________________</w:t>
      </w:r>
    </w:p>
    <w:p w14:paraId="50B34BF5" w14:textId="77777777" w:rsidR="007E366B" w:rsidRPr="00122980" w:rsidRDefault="009E2D2E">
      <w:pPr>
        <w:rPr>
          <w:rFonts w:ascii="Calibri" w:hAnsi="Calibri" w:cs="Calibri"/>
          <w:sz w:val="24"/>
          <w:szCs w:val="24"/>
        </w:rPr>
      </w:pPr>
      <w:r w:rsidRPr="00122980">
        <w:rPr>
          <w:rFonts w:ascii="Calibri" w:hAnsi="Calibri" w:cs="Calibri"/>
          <w:sz w:val="24"/>
          <w:szCs w:val="24"/>
        </w:rPr>
        <w:t>Phone: _______________________________________</w:t>
      </w:r>
    </w:p>
    <w:p w14:paraId="396D4CC7" w14:textId="541A6593" w:rsidR="007E366B" w:rsidRPr="00122980" w:rsidRDefault="009E2D2E">
      <w:pPr>
        <w:rPr>
          <w:rFonts w:ascii="Calibri" w:hAnsi="Calibri" w:cs="Calibri"/>
          <w:sz w:val="24"/>
          <w:szCs w:val="24"/>
        </w:rPr>
      </w:pPr>
      <w:r w:rsidRPr="00122980">
        <w:rPr>
          <w:rFonts w:ascii="Calibri" w:hAnsi="Calibri" w:cs="Calibri"/>
          <w:sz w:val="24"/>
          <w:szCs w:val="24"/>
        </w:rPr>
        <w:t>Email: _______________________________________</w:t>
      </w:r>
    </w:p>
    <w:p w14:paraId="732B50E3" w14:textId="5D8AED69" w:rsidR="007E366B" w:rsidRPr="00122980" w:rsidRDefault="000A7F43" w:rsidP="00190944">
      <w:pPr>
        <w:pStyle w:val="Heading1"/>
        <w:rPr>
          <w:rFonts w:ascii="Calibri" w:hAnsi="Calibri" w:cs="Calibri"/>
          <w:sz w:val="24"/>
          <w:szCs w:val="24"/>
        </w:rPr>
      </w:pPr>
      <w:r>
        <w:rPr>
          <w:rFonts w:ascii="Calibri" w:hAnsi="Calibri" w:cs="Calibri"/>
          <w:sz w:val="24"/>
          <w:szCs w:val="24"/>
        </w:rPr>
        <w:lastRenderedPageBreak/>
        <w:t>2</w:t>
      </w:r>
      <w:r w:rsidR="009E2D2E" w:rsidRPr="00122980">
        <w:rPr>
          <w:rFonts w:ascii="Calibri" w:hAnsi="Calibri" w:cs="Calibri"/>
          <w:sz w:val="24"/>
          <w:szCs w:val="24"/>
        </w:rPr>
        <w:t>. Applicability</w:t>
      </w:r>
    </w:p>
    <w:p w14:paraId="5FCB0F92" w14:textId="77777777" w:rsidR="007E366B" w:rsidRPr="00122980" w:rsidRDefault="009E2D2E">
      <w:pPr>
        <w:rPr>
          <w:rFonts w:ascii="Calibri" w:hAnsi="Calibri" w:cs="Calibri"/>
          <w:sz w:val="24"/>
          <w:szCs w:val="24"/>
        </w:rPr>
      </w:pPr>
      <w:r w:rsidRPr="00122980">
        <w:rPr>
          <w:rFonts w:ascii="Calibri" w:hAnsi="Calibri" w:cs="Calibri"/>
          <w:sz w:val="24"/>
          <w:szCs w:val="24"/>
        </w:rPr>
        <w:t>Task/Operation: ______________________________</w:t>
      </w:r>
    </w:p>
    <w:p w14:paraId="0C213EAA" w14:textId="1A364DD6" w:rsidR="007E366B" w:rsidRPr="00122980" w:rsidRDefault="009E2D2E">
      <w:pPr>
        <w:rPr>
          <w:rFonts w:ascii="Calibri" w:hAnsi="Calibri" w:cs="Calibri"/>
          <w:sz w:val="24"/>
          <w:szCs w:val="24"/>
        </w:rPr>
      </w:pPr>
      <w:r w:rsidRPr="00122980">
        <w:rPr>
          <w:rFonts w:ascii="Calibri" w:hAnsi="Calibri" w:cs="Calibri"/>
          <w:sz w:val="24"/>
          <w:szCs w:val="24"/>
        </w:rPr>
        <w:t>Date</w:t>
      </w:r>
      <w:r w:rsidR="00850FA4">
        <w:rPr>
          <w:rFonts w:ascii="Calibri" w:hAnsi="Calibri" w:cs="Calibri"/>
          <w:sz w:val="24"/>
          <w:szCs w:val="24"/>
        </w:rPr>
        <w:t>s</w:t>
      </w:r>
      <w:r w:rsidRPr="00122980">
        <w:rPr>
          <w:rFonts w:ascii="Calibri" w:hAnsi="Calibri" w:cs="Calibri"/>
          <w:sz w:val="24"/>
          <w:szCs w:val="24"/>
        </w:rPr>
        <w:t xml:space="preserve"> qualifying RMIs identified: _____________</w:t>
      </w:r>
    </w:p>
    <w:p w14:paraId="783C570A" w14:textId="4BFBA242" w:rsidR="007E366B" w:rsidRPr="00122980" w:rsidRDefault="009E2D2E">
      <w:pPr>
        <w:rPr>
          <w:rFonts w:ascii="Calibri" w:hAnsi="Calibri" w:cs="Calibri"/>
          <w:sz w:val="24"/>
          <w:szCs w:val="24"/>
        </w:rPr>
      </w:pPr>
      <w:r w:rsidRPr="00122980">
        <w:rPr>
          <w:rFonts w:ascii="Calibri" w:hAnsi="Calibri" w:cs="Calibri"/>
          <w:sz w:val="24"/>
          <w:szCs w:val="24"/>
        </w:rPr>
        <w:t>Number of affected employees: ________________</w:t>
      </w:r>
    </w:p>
    <w:p w14:paraId="3DE4167D" w14:textId="0B4F2DBC" w:rsidR="007E366B" w:rsidRPr="00122980" w:rsidRDefault="000A7F43">
      <w:pPr>
        <w:pStyle w:val="Heading1"/>
        <w:rPr>
          <w:rFonts w:ascii="Calibri" w:hAnsi="Calibri" w:cs="Calibri"/>
          <w:sz w:val="24"/>
          <w:szCs w:val="24"/>
        </w:rPr>
      </w:pPr>
      <w:r>
        <w:rPr>
          <w:rFonts w:ascii="Calibri" w:hAnsi="Calibri" w:cs="Calibri"/>
          <w:sz w:val="24"/>
          <w:szCs w:val="24"/>
        </w:rPr>
        <w:t>3</w:t>
      </w:r>
      <w:r w:rsidR="009E2D2E" w:rsidRPr="00122980">
        <w:rPr>
          <w:rFonts w:ascii="Calibri" w:hAnsi="Calibri" w:cs="Calibri"/>
          <w:sz w:val="24"/>
          <w:szCs w:val="24"/>
        </w:rPr>
        <w:t>. Worksite Evaluation</w:t>
      </w:r>
    </w:p>
    <w:p w14:paraId="0EA8CA7F" w14:textId="7068866E" w:rsidR="00424019" w:rsidRPr="00122980" w:rsidRDefault="00424019">
      <w:pPr>
        <w:rPr>
          <w:rFonts w:ascii="Calibri" w:hAnsi="Calibri" w:cs="Calibri"/>
          <w:sz w:val="24"/>
          <w:szCs w:val="24"/>
        </w:rPr>
      </w:pPr>
      <w:r w:rsidRPr="00122980">
        <w:rPr>
          <w:rFonts w:ascii="Calibri" w:hAnsi="Calibri" w:cs="Calibri"/>
          <w:sz w:val="24"/>
          <w:szCs w:val="24"/>
        </w:rPr>
        <w:t>Each job, process, or operation of identical work activity covered by this section or a representative number of such jobs, processes, or operations of identical work activities shall be evaluated for exposures which have caused RMIs.</w:t>
      </w:r>
    </w:p>
    <w:p w14:paraId="723F9CFD" w14:textId="1FD377D4" w:rsidR="007E366B" w:rsidRPr="00122980" w:rsidRDefault="009E2D2E">
      <w:pPr>
        <w:rPr>
          <w:rFonts w:ascii="Calibri" w:hAnsi="Calibri" w:cs="Calibri"/>
          <w:sz w:val="24"/>
          <w:szCs w:val="24"/>
        </w:rPr>
      </w:pPr>
      <w:r w:rsidRPr="00122980">
        <w:rPr>
          <w:rFonts w:ascii="Calibri" w:hAnsi="Calibri" w:cs="Calibri"/>
          <w:sz w:val="24"/>
          <w:szCs w:val="24"/>
        </w:rPr>
        <w:t>Evaluation Team Members: _____________________</w:t>
      </w:r>
    </w:p>
    <w:p w14:paraId="0D767F1D" w14:textId="77777777" w:rsidR="007E366B" w:rsidRPr="00122980" w:rsidRDefault="009E2D2E">
      <w:pPr>
        <w:rPr>
          <w:rFonts w:ascii="Calibri" w:hAnsi="Calibri" w:cs="Calibri"/>
          <w:sz w:val="24"/>
          <w:szCs w:val="24"/>
        </w:rPr>
      </w:pPr>
      <w:r w:rsidRPr="00122980">
        <w:rPr>
          <w:rFonts w:ascii="Calibri" w:hAnsi="Calibri" w:cs="Calibri"/>
          <w:sz w:val="24"/>
          <w:szCs w:val="24"/>
        </w:rPr>
        <w:t>Evaluation Date(s): __________________________</w:t>
      </w:r>
    </w:p>
    <w:p w14:paraId="15F72FEA" w14:textId="77777777" w:rsidR="007E366B" w:rsidRPr="00122980" w:rsidRDefault="009E2D2E">
      <w:pPr>
        <w:rPr>
          <w:rFonts w:ascii="Calibri" w:hAnsi="Calibri" w:cs="Calibri"/>
          <w:sz w:val="24"/>
          <w:szCs w:val="24"/>
        </w:rPr>
      </w:pPr>
      <w:r w:rsidRPr="00122980">
        <w:rPr>
          <w:rFonts w:ascii="Calibri" w:hAnsi="Calibri" w:cs="Calibri"/>
          <w:sz w:val="24"/>
          <w:szCs w:val="24"/>
        </w:rPr>
        <w:t>Jobs/Tasks Evaluated: ________________________</w:t>
      </w:r>
    </w:p>
    <w:p w14:paraId="11E5F0AD" w14:textId="77777777" w:rsidR="00190944" w:rsidRPr="00122980" w:rsidRDefault="009E2D2E">
      <w:pPr>
        <w:rPr>
          <w:rFonts w:ascii="Calibri" w:hAnsi="Calibri" w:cs="Calibri"/>
          <w:sz w:val="24"/>
          <w:szCs w:val="24"/>
        </w:rPr>
      </w:pPr>
      <w:r w:rsidRPr="00122980">
        <w:rPr>
          <w:rFonts w:ascii="Calibri" w:hAnsi="Calibri" w:cs="Calibri"/>
          <w:sz w:val="24"/>
          <w:szCs w:val="24"/>
        </w:rPr>
        <w:t xml:space="preserve">Risk Factors: </w:t>
      </w:r>
      <w:r w:rsidRPr="00122980">
        <w:rPr>
          <w:rFonts w:ascii="Segoe UI Symbol" w:hAnsi="Segoe UI Symbol" w:cs="Segoe UI Symbol"/>
          <w:sz w:val="24"/>
          <w:szCs w:val="24"/>
        </w:rPr>
        <w:t>☐</w:t>
      </w:r>
      <w:r w:rsidRPr="00122980">
        <w:rPr>
          <w:rFonts w:ascii="Calibri" w:hAnsi="Calibri" w:cs="Calibri"/>
          <w:sz w:val="24"/>
          <w:szCs w:val="24"/>
        </w:rPr>
        <w:t xml:space="preserve"> Repetitive Motions </w:t>
      </w:r>
      <w:r w:rsidRPr="00122980">
        <w:rPr>
          <w:rFonts w:ascii="Segoe UI Symbol" w:hAnsi="Segoe UI Symbol" w:cs="Segoe UI Symbol"/>
          <w:sz w:val="24"/>
          <w:szCs w:val="24"/>
        </w:rPr>
        <w:t>☐</w:t>
      </w:r>
      <w:r w:rsidRPr="00122980">
        <w:rPr>
          <w:rFonts w:ascii="Calibri" w:hAnsi="Calibri" w:cs="Calibri"/>
          <w:sz w:val="24"/>
          <w:szCs w:val="24"/>
        </w:rPr>
        <w:t xml:space="preserve"> Forceful Exertions </w:t>
      </w:r>
      <w:r w:rsidRPr="00122980">
        <w:rPr>
          <w:rFonts w:ascii="Segoe UI Symbol" w:hAnsi="Segoe UI Symbol" w:cs="Segoe UI Symbol"/>
          <w:sz w:val="24"/>
          <w:szCs w:val="24"/>
        </w:rPr>
        <w:t>☐</w:t>
      </w:r>
      <w:r w:rsidRPr="00122980">
        <w:rPr>
          <w:rFonts w:ascii="Calibri" w:hAnsi="Calibri" w:cs="Calibri"/>
          <w:sz w:val="24"/>
          <w:szCs w:val="24"/>
        </w:rPr>
        <w:t xml:space="preserve"> Awkward Postures</w:t>
      </w:r>
    </w:p>
    <w:p w14:paraId="46F5D636" w14:textId="450CAA16" w:rsidR="007E366B" w:rsidRPr="00122980" w:rsidRDefault="009E2D2E">
      <w:pPr>
        <w:rPr>
          <w:rFonts w:ascii="Calibri" w:hAnsi="Calibri" w:cs="Calibri"/>
          <w:sz w:val="24"/>
          <w:szCs w:val="24"/>
        </w:rPr>
      </w:pPr>
      <w:r w:rsidRPr="00122980">
        <w:rPr>
          <w:rFonts w:ascii="Calibri" w:hAnsi="Calibri" w:cs="Calibri"/>
          <w:sz w:val="24"/>
          <w:szCs w:val="24"/>
        </w:rPr>
        <w:t xml:space="preserve"> </w:t>
      </w:r>
      <w:r w:rsidRPr="00122980">
        <w:rPr>
          <w:rFonts w:ascii="Segoe UI Symbol" w:hAnsi="Segoe UI Symbol" w:cs="Segoe UI Symbol"/>
          <w:sz w:val="24"/>
          <w:szCs w:val="24"/>
        </w:rPr>
        <w:t>☐</w:t>
      </w:r>
      <w:r w:rsidRPr="00122980">
        <w:rPr>
          <w:rFonts w:ascii="Calibri" w:hAnsi="Calibri" w:cs="Calibri"/>
          <w:sz w:val="24"/>
          <w:szCs w:val="24"/>
        </w:rPr>
        <w:t xml:space="preserve"> Vibration </w:t>
      </w:r>
      <w:r w:rsidRPr="00122980">
        <w:rPr>
          <w:rFonts w:ascii="Segoe UI Symbol" w:hAnsi="Segoe UI Symbol" w:cs="Segoe UI Symbol"/>
          <w:sz w:val="24"/>
          <w:szCs w:val="24"/>
        </w:rPr>
        <w:t>☐</w:t>
      </w:r>
      <w:r w:rsidRPr="00122980">
        <w:rPr>
          <w:rFonts w:ascii="Calibri" w:hAnsi="Calibri" w:cs="Calibri"/>
          <w:sz w:val="24"/>
          <w:szCs w:val="24"/>
        </w:rPr>
        <w:t xml:space="preserve"> Other __________</w:t>
      </w:r>
    </w:p>
    <w:p w14:paraId="6027A3EA" w14:textId="77777777" w:rsidR="007E366B" w:rsidRPr="00122980" w:rsidRDefault="009E2D2E">
      <w:pPr>
        <w:rPr>
          <w:rFonts w:ascii="Calibri" w:hAnsi="Calibri" w:cs="Calibri"/>
          <w:sz w:val="24"/>
          <w:szCs w:val="24"/>
        </w:rPr>
      </w:pPr>
      <w:r w:rsidRPr="00122980">
        <w:rPr>
          <w:rFonts w:ascii="Calibri" w:hAnsi="Calibri" w:cs="Calibri"/>
          <w:sz w:val="24"/>
          <w:szCs w:val="24"/>
        </w:rPr>
        <w:t>Findings: ____________________________________</w:t>
      </w:r>
    </w:p>
    <w:p w14:paraId="6BC84117" w14:textId="755AF4C0" w:rsidR="007E366B" w:rsidRPr="00122980" w:rsidRDefault="000A7F43">
      <w:pPr>
        <w:pStyle w:val="Heading1"/>
        <w:rPr>
          <w:rFonts w:ascii="Calibri" w:hAnsi="Calibri" w:cs="Calibri"/>
          <w:sz w:val="24"/>
          <w:szCs w:val="24"/>
        </w:rPr>
      </w:pPr>
      <w:r>
        <w:rPr>
          <w:rFonts w:ascii="Calibri" w:hAnsi="Calibri" w:cs="Calibri"/>
          <w:sz w:val="24"/>
          <w:szCs w:val="24"/>
        </w:rPr>
        <w:t>4</w:t>
      </w:r>
      <w:r w:rsidR="009E2D2E" w:rsidRPr="00122980">
        <w:rPr>
          <w:rFonts w:ascii="Calibri" w:hAnsi="Calibri" w:cs="Calibri"/>
          <w:sz w:val="24"/>
          <w:szCs w:val="24"/>
        </w:rPr>
        <w:t>. Exposure Control Measures</w:t>
      </w:r>
    </w:p>
    <w:p w14:paraId="392E01AA" w14:textId="2F1A20B4" w:rsidR="00424019" w:rsidRPr="00122980" w:rsidRDefault="00424019">
      <w:pPr>
        <w:rPr>
          <w:rFonts w:ascii="Calibri" w:hAnsi="Calibri" w:cs="Calibri"/>
          <w:sz w:val="24"/>
          <w:szCs w:val="24"/>
        </w:rPr>
      </w:pPr>
      <w:r w:rsidRPr="00122980">
        <w:rPr>
          <w:rFonts w:ascii="Calibri" w:hAnsi="Calibri" w:cs="Calibri"/>
          <w:sz w:val="24"/>
          <w:szCs w:val="24"/>
        </w:rPr>
        <w:t xml:space="preserve">Any exposures that have caused RMIs shall, in a timely manner, be corrected or if not capable of being corrected have the exposures minimized to the extent feasible. The </w:t>
      </w:r>
      <w:r w:rsidRPr="00122980">
        <w:rPr>
          <w:rFonts w:ascii="Calibri" w:hAnsi="Calibri" w:cs="Calibri"/>
          <w:sz w:val="24"/>
          <w:szCs w:val="24"/>
        </w:rPr>
        <w:t>School District</w:t>
      </w:r>
      <w:r w:rsidRPr="00122980">
        <w:rPr>
          <w:rFonts w:ascii="Calibri" w:hAnsi="Calibri" w:cs="Calibri"/>
          <w:sz w:val="24"/>
          <w:szCs w:val="24"/>
        </w:rPr>
        <w:t xml:space="preserve"> shall consider engineering controls, such as workstation redesign, adjustable fixtures or tool redesign, and administrative controls, such as job rotation, work pacing or work breaks.</w:t>
      </w:r>
    </w:p>
    <w:p w14:paraId="7C75FD92" w14:textId="74FA1614" w:rsidR="007E366B" w:rsidRPr="00122980" w:rsidRDefault="009E2D2E">
      <w:pPr>
        <w:rPr>
          <w:rFonts w:ascii="Calibri" w:hAnsi="Calibri" w:cs="Calibri"/>
          <w:sz w:val="24"/>
          <w:szCs w:val="24"/>
        </w:rPr>
      </w:pPr>
      <w:r w:rsidRPr="00122980">
        <w:rPr>
          <w:rFonts w:ascii="Calibri" w:hAnsi="Calibri" w:cs="Calibri"/>
          <w:sz w:val="24"/>
          <w:szCs w:val="24"/>
        </w:rPr>
        <w:t>Engineering Controls Implemented: __________________________________</w:t>
      </w:r>
    </w:p>
    <w:p w14:paraId="3CB3F157" w14:textId="22815C88" w:rsidR="007E366B" w:rsidRPr="00122980" w:rsidRDefault="009E2D2E">
      <w:pPr>
        <w:rPr>
          <w:rFonts w:ascii="Calibri" w:hAnsi="Calibri" w:cs="Calibri"/>
          <w:sz w:val="24"/>
          <w:szCs w:val="24"/>
        </w:rPr>
      </w:pPr>
      <w:r w:rsidRPr="00122980">
        <w:rPr>
          <w:rFonts w:ascii="Calibri" w:hAnsi="Calibri" w:cs="Calibri"/>
          <w:sz w:val="24"/>
          <w:szCs w:val="24"/>
        </w:rPr>
        <w:t>Administrative Controls Implemented: ________________________________</w:t>
      </w:r>
    </w:p>
    <w:p w14:paraId="5E3E5A7D" w14:textId="77777777" w:rsidR="007E366B" w:rsidRPr="00122980" w:rsidRDefault="009E2D2E">
      <w:pPr>
        <w:rPr>
          <w:rFonts w:ascii="Calibri" w:hAnsi="Calibri" w:cs="Calibri"/>
          <w:sz w:val="24"/>
          <w:szCs w:val="24"/>
        </w:rPr>
      </w:pPr>
      <w:r w:rsidRPr="00122980">
        <w:rPr>
          <w:rFonts w:ascii="Calibri" w:hAnsi="Calibri" w:cs="Calibri"/>
          <w:sz w:val="24"/>
          <w:szCs w:val="24"/>
        </w:rPr>
        <w:t>Results: __________________________________________________________</w:t>
      </w:r>
    </w:p>
    <w:p w14:paraId="19225CFB" w14:textId="01749B0D" w:rsidR="007E366B" w:rsidRPr="00122980" w:rsidRDefault="000A7F43">
      <w:pPr>
        <w:pStyle w:val="Heading1"/>
        <w:rPr>
          <w:rFonts w:ascii="Calibri" w:hAnsi="Calibri" w:cs="Calibri"/>
          <w:sz w:val="24"/>
          <w:szCs w:val="24"/>
        </w:rPr>
      </w:pPr>
      <w:r>
        <w:rPr>
          <w:rFonts w:ascii="Calibri" w:hAnsi="Calibri" w:cs="Calibri"/>
          <w:sz w:val="24"/>
          <w:szCs w:val="24"/>
        </w:rPr>
        <w:t>5</w:t>
      </w:r>
      <w:r w:rsidR="009E2D2E" w:rsidRPr="00122980">
        <w:rPr>
          <w:rFonts w:ascii="Calibri" w:hAnsi="Calibri" w:cs="Calibri"/>
          <w:sz w:val="24"/>
          <w:szCs w:val="24"/>
        </w:rPr>
        <w:t>. Employee Reporting Procedures</w:t>
      </w:r>
    </w:p>
    <w:p w14:paraId="2512FEB6" w14:textId="48651B1A" w:rsidR="00424019" w:rsidRPr="00122980" w:rsidRDefault="00424019">
      <w:pPr>
        <w:rPr>
          <w:rFonts w:ascii="Calibri" w:hAnsi="Calibri" w:cs="Calibri"/>
          <w:sz w:val="24"/>
          <w:szCs w:val="24"/>
        </w:rPr>
      </w:pPr>
      <w:r w:rsidRPr="00122980">
        <w:rPr>
          <w:rFonts w:ascii="Calibri" w:hAnsi="Calibri" w:cs="Calibri"/>
          <w:sz w:val="24"/>
          <w:szCs w:val="24"/>
        </w:rPr>
        <w:t xml:space="preserve">The method used to report symptoms and injuries regarding RMI’s to </w:t>
      </w:r>
      <w:r w:rsidR="00122980" w:rsidRPr="00122980">
        <w:rPr>
          <w:rFonts w:ascii="Calibri" w:hAnsi="Calibri" w:cs="Calibri"/>
          <w:sz w:val="24"/>
          <w:szCs w:val="24"/>
          <w:highlight w:val="yellow"/>
        </w:rPr>
        <w:t>[School District Name]</w:t>
      </w:r>
      <w:r w:rsidRPr="00122980">
        <w:rPr>
          <w:rFonts w:ascii="Calibri" w:hAnsi="Calibri" w:cs="Calibri"/>
          <w:sz w:val="24"/>
          <w:szCs w:val="24"/>
        </w:rPr>
        <w:t xml:space="preserve"> are:</w:t>
      </w:r>
    </w:p>
    <w:p w14:paraId="763C58AF" w14:textId="3B1B4283" w:rsidR="00424019" w:rsidRPr="00122980" w:rsidRDefault="00424019">
      <w:pPr>
        <w:rPr>
          <w:rFonts w:ascii="Calibri" w:hAnsi="Calibri" w:cs="Calibri"/>
          <w:sz w:val="24"/>
          <w:szCs w:val="24"/>
        </w:rPr>
      </w:pPr>
      <w:r w:rsidRPr="00122980">
        <w:rPr>
          <w:rFonts w:ascii="Calibri" w:hAnsi="Calibri" w:cs="Calibri"/>
          <w:sz w:val="24"/>
          <w:szCs w:val="24"/>
          <w:highlight w:val="yellow"/>
        </w:rPr>
        <w:lastRenderedPageBreak/>
        <w:t>[describe how the district allows staff to report RMI symptoms]</w:t>
      </w:r>
    </w:p>
    <w:p w14:paraId="106D7A73" w14:textId="77777777" w:rsidR="00122980" w:rsidRDefault="009E2D2E">
      <w:pPr>
        <w:rPr>
          <w:rFonts w:ascii="Calibri" w:hAnsi="Calibri" w:cs="Calibri"/>
          <w:sz w:val="24"/>
          <w:szCs w:val="24"/>
        </w:rPr>
      </w:pPr>
      <w:r w:rsidRPr="00122980">
        <w:rPr>
          <w:rFonts w:ascii="Calibri" w:hAnsi="Calibri" w:cs="Calibri"/>
          <w:sz w:val="24"/>
          <w:szCs w:val="24"/>
        </w:rPr>
        <w:t xml:space="preserve">Symptoms Reported: </w:t>
      </w:r>
      <w:r w:rsidRPr="00122980">
        <w:rPr>
          <w:rFonts w:ascii="Segoe UI Symbol" w:hAnsi="Segoe UI Symbol" w:cs="Segoe UI Symbol"/>
          <w:sz w:val="24"/>
          <w:szCs w:val="24"/>
        </w:rPr>
        <w:t>☐</w:t>
      </w:r>
      <w:r w:rsidRPr="00122980">
        <w:rPr>
          <w:rFonts w:ascii="Calibri" w:hAnsi="Calibri" w:cs="Calibri"/>
          <w:sz w:val="24"/>
          <w:szCs w:val="24"/>
        </w:rPr>
        <w:t xml:space="preserve"> Pain </w:t>
      </w:r>
      <w:r w:rsidRPr="00122980">
        <w:rPr>
          <w:rFonts w:ascii="Segoe UI Symbol" w:hAnsi="Segoe UI Symbol" w:cs="Segoe UI Symbol"/>
          <w:sz w:val="24"/>
          <w:szCs w:val="24"/>
        </w:rPr>
        <w:t>☐</w:t>
      </w:r>
      <w:r w:rsidRPr="00122980">
        <w:rPr>
          <w:rFonts w:ascii="Calibri" w:hAnsi="Calibri" w:cs="Calibri"/>
          <w:sz w:val="24"/>
          <w:szCs w:val="24"/>
        </w:rPr>
        <w:t xml:space="preserve"> Numbness </w:t>
      </w:r>
      <w:r w:rsidRPr="00122980">
        <w:rPr>
          <w:rFonts w:ascii="Segoe UI Symbol" w:hAnsi="Segoe UI Symbol" w:cs="Segoe UI Symbol"/>
          <w:sz w:val="24"/>
          <w:szCs w:val="24"/>
        </w:rPr>
        <w:t>☐</w:t>
      </w:r>
      <w:r w:rsidRPr="00122980">
        <w:rPr>
          <w:rFonts w:ascii="Calibri" w:hAnsi="Calibri" w:cs="Calibri"/>
          <w:sz w:val="24"/>
          <w:szCs w:val="24"/>
        </w:rPr>
        <w:t xml:space="preserve"> Tingling </w:t>
      </w:r>
      <w:r w:rsidRPr="00122980">
        <w:rPr>
          <w:rFonts w:ascii="Segoe UI Symbol" w:hAnsi="Segoe UI Symbol" w:cs="Segoe UI Symbol"/>
          <w:sz w:val="24"/>
          <w:szCs w:val="24"/>
        </w:rPr>
        <w:t>☐</w:t>
      </w:r>
      <w:r w:rsidRPr="00122980">
        <w:rPr>
          <w:rFonts w:ascii="Calibri" w:hAnsi="Calibri" w:cs="Calibri"/>
          <w:sz w:val="24"/>
          <w:szCs w:val="24"/>
        </w:rPr>
        <w:t xml:space="preserve"> Swelling </w:t>
      </w:r>
    </w:p>
    <w:p w14:paraId="5655CE6B" w14:textId="69CD9F84" w:rsidR="007E366B" w:rsidRPr="00122980" w:rsidRDefault="009E2D2E">
      <w:pPr>
        <w:rPr>
          <w:rFonts w:ascii="Calibri" w:hAnsi="Calibri" w:cs="Calibri"/>
          <w:sz w:val="24"/>
          <w:szCs w:val="24"/>
        </w:rPr>
      </w:pPr>
      <w:r w:rsidRPr="00122980">
        <w:rPr>
          <w:rFonts w:ascii="Segoe UI Symbol" w:hAnsi="Segoe UI Symbol" w:cs="Segoe UI Symbol"/>
          <w:sz w:val="24"/>
          <w:szCs w:val="24"/>
        </w:rPr>
        <w:t>☐</w:t>
      </w:r>
      <w:r w:rsidRPr="00122980">
        <w:rPr>
          <w:rFonts w:ascii="Calibri" w:hAnsi="Calibri" w:cs="Calibri"/>
          <w:sz w:val="24"/>
          <w:szCs w:val="24"/>
        </w:rPr>
        <w:t xml:space="preserve"> Weakness </w:t>
      </w:r>
      <w:r w:rsidRPr="00122980">
        <w:rPr>
          <w:rFonts w:ascii="Segoe UI Symbol" w:hAnsi="Segoe UI Symbol" w:cs="Segoe UI Symbol"/>
          <w:sz w:val="24"/>
          <w:szCs w:val="24"/>
        </w:rPr>
        <w:t>☐</w:t>
      </w:r>
      <w:r w:rsidRPr="00122980">
        <w:rPr>
          <w:rFonts w:ascii="Calibri" w:hAnsi="Calibri" w:cs="Calibri"/>
          <w:sz w:val="24"/>
          <w:szCs w:val="24"/>
        </w:rPr>
        <w:t xml:space="preserve"> Other ______</w:t>
      </w:r>
    </w:p>
    <w:p w14:paraId="34DCB26B" w14:textId="77777777" w:rsidR="007E366B" w:rsidRPr="00122980" w:rsidRDefault="009E2D2E">
      <w:pPr>
        <w:rPr>
          <w:rFonts w:ascii="Calibri" w:hAnsi="Calibri" w:cs="Calibri"/>
          <w:sz w:val="24"/>
          <w:szCs w:val="24"/>
        </w:rPr>
      </w:pPr>
      <w:r w:rsidRPr="00122980">
        <w:rPr>
          <w:rFonts w:ascii="Calibri" w:hAnsi="Calibri" w:cs="Calibri"/>
          <w:sz w:val="24"/>
          <w:szCs w:val="24"/>
        </w:rPr>
        <w:t>Supervisor: _________________________________</w:t>
      </w:r>
    </w:p>
    <w:p w14:paraId="11B57AA8" w14:textId="77777777" w:rsidR="007E366B" w:rsidRPr="00122980" w:rsidRDefault="009E2D2E">
      <w:pPr>
        <w:rPr>
          <w:rFonts w:ascii="Calibri" w:hAnsi="Calibri" w:cs="Calibri"/>
          <w:sz w:val="24"/>
          <w:szCs w:val="24"/>
        </w:rPr>
      </w:pPr>
      <w:r w:rsidRPr="00122980">
        <w:rPr>
          <w:rFonts w:ascii="Calibri" w:hAnsi="Calibri" w:cs="Calibri"/>
          <w:sz w:val="24"/>
          <w:szCs w:val="24"/>
        </w:rPr>
        <w:t>Safety Representative: ______________________</w:t>
      </w:r>
    </w:p>
    <w:p w14:paraId="7A2F32F4" w14:textId="7924B86F" w:rsidR="007E366B" w:rsidRPr="00122980" w:rsidRDefault="000A7F43">
      <w:pPr>
        <w:pStyle w:val="Heading1"/>
        <w:rPr>
          <w:rFonts w:ascii="Calibri" w:hAnsi="Calibri" w:cs="Calibri"/>
          <w:sz w:val="24"/>
          <w:szCs w:val="24"/>
        </w:rPr>
      </w:pPr>
      <w:r>
        <w:rPr>
          <w:rFonts w:ascii="Calibri" w:hAnsi="Calibri" w:cs="Calibri"/>
          <w:sz w:val="24"/>
          <w:szCs w:val="24"/>
        </w:rPr>
        <w:t>6</w:t>
      </w:r>
      <w:r w:rsidR="009E2D2E" w:rsidRPr="00122980">
        <w:rPr>
          <w:rFonts w:ascii="Calibri" w:hAnsi="Calibri" w:cs="Calibri"/>
          <w:sz w:val="24"/>
          <w:szCs w:val="24"/>
        </w:rPr>
        <w:t>. Employee Training</w:t>
      </w:r>
    </w:p>
    <w:p w14:paraId="021F1CA5" w14:textId="4D9827DB" w:rsidR="00850FA4" w:rsidRPr="00850FA4" w:rsidRDefault="00850FA4" w:rsidP="00850FA4">
      <w:pPr>
        <w:rPr>
          <w:rFonts w:ascii="Calibri" w:hAnsi="Calibri" w:cs="Calibri"/>
          <w:sz w:val="24"/>
          <w:szCs w:val="24"/>
        </w:rPr>
      </w:pPr>
      <w:r w:rsidRPr="00850FA4">
        <w:rPr>
          <w:rFonts w:ascii="Calibri" w:hAnsi="Calibri" w:cs="Calibri"/>
          <w:sz w:val="24"/>
          <w:szCs w:val="24"/>
        </w:rPr>
        <w:t>Employees shall be provided training that includes an explanation of:</w:t>
      </w:r>
    </w:p>
    <w:p w14:paraId="7E9AA0C2" w14:textId="6F519DBD" w:rsidR="00850FA4" w:rsidRPr="00850FA4" w:rsidRDefault="00850FA4" w:rsidP="00850FA4">
      <w:pPr>
        <w:pStyle w:val="ListParagraph"/>
        <w:numPr>
          <w:ilvl w:val="0"/>
          <w:numId w:val="12"/>
        </w:numPr>
        <w:rPr>
          <w:rFonts w:ascii="Calibri" w:hAnsi="Calibri" w:cs="Calibri"/>
          <w:sz w:val="24"/>
          <w:szCs w:val="24"/>
        </w:rPr>
      </w:pPr>
      <w:r w:rsidRPr="00850FA4">
        <w:rPr>
          <w:rFonts w:ascii="Calibri" w:hAnsi="Calibri" w:cs="Calibri"/>
          <w:sz w:val="24"/>
          <w:szCs w:val="24"/>
        </w:rPr>
        <w:t>The employer’s program</w:t>
      </w:r>
    </w:p>
    <w:p w14:paraId="0D1622E0" w14:textId="291D618F" w:rsidR="00850FA4" w:rsidRPr="00850FA4" w:rsidRDefault="00850FA4" w:rsidP="00850FA4">
      <w:pPr>
        <w:pStyle w:val="ListParagraph"/>
        <w:numPr>
          <w:ilvl w:val="0"/>
          <w:numId w:val="12"/>
        </w:numPr>
        <w:rPr>
          <w:rFonts w:ascii="Calibri" w:hAnsi="Calibri" w:cs="Calibri"/>
          <w:sz w:val="24"/>
          <w:szCs w:val="24"/>
        </w:rPr>
      </w:pPr>
      <w:r w:rsidRPr="00850FA4">
        <w:rPr>
          <w:rFonts w:ascii="Calibri" w:hAnsi="Calibri" w:cs="Calibri"/>
          <w:sz w:val="24"/>
          <w:szCs w:val="24"/>
        </w:rPr>
        <w:t>Exposures which have been associated with RMIs</w:t>
      </w:r>
    </w:p>
    <w:p w14:paraId="2544A140" w14:textId="67347533" w:rsidR="00850FA4" w:rsidRPr="00850FA4" w:rsidRDefault="00850FA4" w:rsidP="00850FA4">
      <w:pPr>
        <w:pStyle w:val="ListParagraph"/>
        <w:numPr>
          <w:ilvl w:val="0"/>
          <w:numId w:val="12"/>
        </w:numPr>
        <w:rPr>
          <w:rFonts w:ascii="Calibri" w:hAnsi="Calibri" w:cs="Calibri"/>
          <w:sz w:val="24"/>
          <w:szCs w:val="24"/>
        </w:rPr>
      </w:pPr>
      <w:r w:rsidRPr="00850FA4">
        <w:rPr>
          <w:rFonts w:ascii="Calibri" w:hAnsi="Calibri" w:cs="Calibri"/>
          <w:sz w:val="24"/>
          <w:szCs w:val="24"/>
        </w:rPr>
        <w:t>Symptoms and consequences of injuries caused by repetitive motion</w:t>
      </w:r>
    </w:p>
    <w:p w14:paraId="54EADEBA" w14:textId="628125F4" w:rsidR="00850FA4" w:rsidRPr="00850FA4" w:rsidRDefault="00850FA4" w:rsidP="00850FA4">
      <w:pPr>
        <w:pStyle w:val="ListParagraph"/>
        <w:numPr>
          <w:ilvl w:val="0"/>
          <w:numId w:val="12"/>
        </w:numPr>
        <w:rPr>
          <w:rFonts w:ascii="Calibri" w:hAnsi="Calibri" w:cs="Calibri"/>
          <w:sz w:val="24"/>
          <w:szCs w:val="24"/>
        </w:rPr>
      </w:pPr>
      <w:r w:rsidRPr="00850FA4">
        <w:rPr>
          <w:rFonts w:ascii="Calibri" w:hAnsi="Calibri" w:cs="Calibri"/>
          <w:sz w:val="24"/>
          <w:szCs w:val="24"/>
        </w:rPr>
        <w:t xml:space="preserve">The importance </w:t>
      </w:r>
      <w:r>
        <w:rPr>
          <w:rFonts w:ascii="Calibri" w:hAnsi="Calibri" w:cs="Calibri"/>
          <w:sz w:val="24"/>
          <w:szCs w:val="24"/>
        </w:rPr>
        <w:t xml:space="preserve">and method </w:t>
      </w:r>
      <w:r w:rsidRPr="00850FA4">
        <w:rPr>
          <w:rFonts w:ascii="Calibri" w:hAnsi="Calibri" w:cs="Calibri"/>
          <w:sz w:val="24"/>
          <w:szCs w:val="24"/>
        </w:rPr>
        <w:t>of reporting symptoms and injuries to the employer</w:t>
      </w:r>
    </w:p>
    <w:p w14:paraId="427BE931" w14:textId="0F99E839" w:rsidR="00850FA4" w:rsidRPr="00850FA4" w:rsidRDefault="00850FA4" w:rsidP="00850FA4">
      <w:pPr>
        <w:pStyle w:val="ListParagraph"/>
        <w:numPr>
          <w:ilvl w:val="0"/>
          <w:numId w:val="12"/>
        </w:numPr>
        <w:rPr>
          <w:rFonts w:ascii="Calibri" w:hAnsi="Calibri" w:cs="Calibri"/>
          <w:sz w:val="24"/>
          <w:szCs w:val="24"/>
        </w:rPr>
      </w:pPr>
      <w:r w:rsidRPr="00850FA4">
        <w:rPr>
          <w:rFonts w:ascii="Calibri" w:hAnsi="Calibri" w:cs="Calibri"/>
          <w:sz w:val="24"/>
          <w:szCs w:val="24"/>
        </w:rPr>
        <w:t>Methods used by the employer to minimize RMIs</w:t>
      </w:r>
    </w:p>
    <w:p w14:paraId="6A27E6EF" w14:textId="4F5C20AA" w:rsidR="00A3465E" w:rsidRPr="00122980" w:rsidRDefault="009E2D2E" w:rsidP="000A7F43">
      <w:pPr>
        <w:rPr>
          <w:rFonts w:ascii="Calibri" w:hAnsi="Calibri" w:cs="Calibri"/>
          <w:sz w:val="24"/>
          <w:szCs w:val="24"/>
        </w:rPr>
      </w:pPr>
      <w:r w:rsidRPr="00122980">
        <w:rPr>
          <w:rFonts w:ascii="Calibri" w:hAnsi="Calibri" w:cs="Calibri"/>
          <w:sz w:val="24"/>
          <w:szCs w:val="24"/>
        </w:rPr>
        <w:t>Date: __________ Instructor: __________________</w:t>
      </w:r>
    </w:p>
    <w:p w14:paraId="4736C4FD" w14:textId="5C07E583" w:rsidR="007E366B" w:rsidRPr="00122980" w:rsidRDefault="000A7F43">
      <w:pPr>
        <w:pStyle w:val="Heading1"/>
        <w:rPr>
          <w:rFonts w:ascii="Calibri" w:hAnsi="Calibri" w:cs="Calibri"/>
          <w:sz w:val="24"/>
          <w:szCs w:val="24"/>
        </w:rPr>
      </w:pPr>
      <w:r>
        <w:rPr>
          <w:rFonts w:ascii="Calibri" w:hAnsi="Calibri" w:cs="Calibri"/>
          <w:sz w:val="24"/>
          <w:szCs w:val="24"/>
        </w:rPr>
        <w:t>7</w:t>
      </w:r>
      <w:r w:rsidR="009E2D2E" w:rsidRPr="00122980">
        <w:rPr>
          <w:rFonts w:ascii="Calibri" w:hAnsi="Calibri" w:cs="Calibri"/>
          <w:sz w:val="24"/>
          <w:szCs w:val="24"/>
        </w:rPr>
        <w:t>. Program Review</w:t>
      </w:r>
    </w:p>
    <w:p w14:paraId="1B300A8F" w14:textId="77777777" w:rsidR="007E366B" w:rsidRPr="00122980" w:rsidRDefault="009E2D2E">
      <w:pPr>
        <w:rPr>
          <w:rFonts w:ascii="Calibri" w:hAnsi="Calibri" w:cs="Calibri"/>
          <w:sz w:val="24"/>
          <w:szCs w:val="24"/>
        </w:rPr>
      </w:pPr>
      <w:r w:rsidRPr="00122980">
        <w:rPr>
          <w:rFonts w:ascii="Calibri" w:hAnsi="Calibri" w:cs="Calibri"/>
          <w:sz w:val="24"/>
          <w:szCs w:val="24"/>
        </w:rPr>
        <w:t>Annual Review Date: _________________________</w:t>
      </w:r>
    </w:p>
    <w:p w14:paraId="1D11D1F7" w14:textId="77777777" w:rsidR="007E366B" w:rsidRPr="00122980" w:rsidRDefault="009E2D2E">
      <w:pPr>
        <w:rPr>
          <w:rFonts w:ascii="Calibri" w:hAnsi="Calibri" w:cs="Calibri"/>
          <w:sz w:val="24"/>
          <w:szCs w:val="24"/>
        </w:rPr>
      </w:pPr>
      <w:r w:rsidRPr="00122980">
        <w:rPr>
          <w:rFonts w:ascii="Calibri" w:hAnsi="Calibri" w:cs="Calibri"/>
          <w:sz w:val="24"/>
          <w:szCs w:val="24"/>
        </w:rPr>
        <w:t>Reviewed By: ________________________________</w:t>
      </w:r>
    </w:p>
    <w:p w14:paraId="4FB0A52E" w14:textId="77777777" w:rsidR="007E366B" w:rsidRPr="00122980" w:rsidRDefault="009E2D2E">
      <w:pPr>
        <w:rPr>
          <w:rFonts w:ascii="Calibri" w:hAnsi="Calibri" w:cs="Calibri"/>
          <w:sz w:val="24"/>
          <w:szCs w:val="24"/>
        </w:rPr>
      </w:pPr>
      <w:r w:rsidRPr="00122980">
        <w:rPr>
          <w:rFonts w:ascii="Calibri" w:hAnsi="Calibri" w:cs="Calibri"/>
          <w:sz w:val="24"/>
          <w:szCs w:val="24"/>
        </w:rPr>
        <w:t>Program Changes Made: ________________________</w:t>
      </w:r>
    </w:p>
    <w:p w14:paraId="1AB52BBA" w14:textId="1CDE7444" w:rsidR="007E366B" w:rsidRPr="00122980" w:rsidRDefault="007E366B">
      <w:pPr>
        <w:rPr>
          <w:rFonts w:ascii="Calibri" w:hAnsi="Calibri" w:cs="Calibri"/>
          <w:sz w:val="24"/>
          <w:szCs w:val="24"/>
        </w:rPr>
      </w:pPr>
    </w:p>
    <w:sectPr w:rsidR="007E366B" w:rsidRPr="0012298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2B2F9C"/>
    <w:multiLevelType w:val="hybridMultilevel"/>
    <w:tmpl w:val="3BB642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766D3"/>
    <w:multiLevelType w:val="multilevel"/>
    <w:tmpl w:val="E1D43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D6359E"/>
    <w:multiLevelType w:val="hybridMultilevel"/>
    <w:tmpl w:val="42FE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DD9"/>
    <w:rsid w:val="000A7F43"/>
    <w:rsid w:val="00122980"/>
    <w:rsid w:val="0015074B"/>
    <w:rsid w:val="00190944"/>
    <w:rsid w:val="0029639D"/>
    <w:rsid w:val="00326F90"/>
    <w:rsid w:val="00364260"/>
    <w:rsid w:val="00424019"/>
    <w:rsid w:val="007E366B"/>
    <w:rsid w:val="00842890"/>
    <w:rsid w:val="00850FA4"/>
    <w:rsid w:val="009E2D2E"/>
    <w:rsid w:val="00A3465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B218F5"/>
  <w14:defaultImageDpi w14:val="300"/>
  <w15:docId w15:val="{C64ACAFB-412B-4AEA-9040-012FFCFD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17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3</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Matthew Scott</cp:lastModifiedBy>
  <cp:revision>4</cp:revision>
  <dcterms:created xsi:type="dcterms:W3CDTF">2026-06-16T22:21:00Z</dcterms:created>
  <dcterms:modified xsi:type="dcterms:W3CDTF">2026-06-23T21:09:00Z</dcterms:modified>
  <cp:category/>
</cp:coreProperties>
</file>